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הקשבה ודיבור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הקשבה מנומסת בשיחה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נותנים ומבצעים הוראות לפי 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משפטים מנומסים במצבים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כללי המרכזון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מקשיבים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רק מי שמחזיק/ה בחפץ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במשפט שלם וברור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להקשיב עד הסוף ולא לקטוע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מראים שהקשבנו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לבצע את ההוראות בדיוק לפי הרצף שניתן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משפטי נימוס למצבים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(תודה רבה על העזרה)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(סליחה, אפשר בבקשה)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(אני מצטער/ת, לא התכוונתי)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(אפשר להוסיף משהו, בבקשה?)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הפעולות במשחק ׳סוכנים מקשיבים׳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הדובר/ת אומר/ת הוראה אחת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שאר המשתתפים מקשיבים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מבצעים את ההוראה בדיוק כפי שנאמרה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הוראה נוספת ברצף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מאיפה הגעת? מה אתה אוהב לעשות בזמן הפנוי?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מקשיבים עד הסוף בלי לקטוע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לבצע הוראות בדיוק לפי הסדר שניתן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משפט מנומס מתאים כמו תודה רבה או סליחה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משחק הראיונות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פעם אחת את חפץ הדיבור כדי להבהיר את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לתלמידים שמתקדמים מהר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הקשבה ודיבור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שלומדים במרכזון ההקשבה והדיבור: איך מראיינים, איך נותנים הוראות ומקשיבים להן, ואיך מדברים בנימוס.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כללי המרכזון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כשמישהו/י מדבר/ת?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קוטעים אותו/ה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מקשיבים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מדברים ביחד איתו/ה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רשאי לדבר כשמעבירים את חפץ הדיבור?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כולם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מי שמחזיק/ה בחפץ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עונים לשאלה במרכזון?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במשפט שלם וברור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בשתיקה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לקטוע את מי שמדבר/ת אם יש לנו רעיון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הראיונות צריך גם לשאול שאלת המשך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׳סוכנים מקשיבים׳ מבצעים את ההוראות לא לפי הסדר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משפטי נימוס למצבים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מישהו עזר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סליחה, אפשר בבקשה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רוצים לבקש משהו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אפשר להוסיף משהו, בבקשה?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דרכת בטעות על מישהו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תודה רבה על העזרה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מישהו מדבר ואת/ה רוצה לדבר 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אני מצטער/ת, לא התכוונתי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הפעולות במשחק ׳סוכנים מקשיבים׳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שאר המשתתפים מקשיבים בשקט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הדובר/ת אומר/ת הוראה אחת בבירור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הוראה נוספת ברצף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מבצעים את ההוראה בדיוק כפי שנאמרה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שאלות שהייתם שואלים בראיון עם חבר/ה חדש/ה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כשמישהו/י מדבר/ת?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לזכור במשחק ׳סוכנים מקשיבים׳?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הקשבה ודיבור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